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814" w:rsidRPr="006C074D" w:rsidRDefault="00782BFA">
      <w:pPr>
        <w:jc w:val="center"/>
        <w:rPr>
          <w:lang w:val="el-GR"/>
        </w:rPr>
      </w:pPr>
      <w:bookmarkStart w:id="0" w:name="_GoBack"/>
      <w:bookmarkEnd w:id="0"/>
      <w:r>
        <w:rPr>
          <w:b/>
          <w:sz w:val="40"/>
        </w:rPr>
        <w:t>BLUE</w:t>
      </w:r>
      <w:r w:rsidRPr="006C074D">
        <w:rPr>
          <w:b/>
          <w:sz w:val="40"/>
          <w:lang w:val="el-GR"/>
        </w:rPr>
        <w:t xml:space="preserve"> </w:t>
      </w:r>
      <w:r>
        <w:rPr>
          <w:b/>
          <w:sz w:val="40"/>
        </w:rPr>
        <w:t>BOOK</w:t>
      </w:r>
      <w:r w:rsidRPr="006C074D">
        <w:rPr>
          <w:b/>
          <w:sz w:val="40"/>
          <w:lang w:val="el-GR"/>
        </w:rPr>
        <w:t xml:space="preserve"> </w:t>
      </w:r>
      <w:r>
        <w:rPr>
          <w:b/>
          <w:sz w:val="40"/>
        </w:rPr>
        <w:t>TRAINEESHIPS</w:t>
      </w:r>
    </w:p>
    <w:p w:rsidR="00195814" w:rsidRPr="006C074D" w:rsidRDefault="00782BFA">
      <w:pPr>
        <w:jc w:val="center"/>
        <w:rPr>
          <w:lang w:val="el-GR"/>
        </w:rPr>
      </w:pPr>
      <w:r w:rsidRPr="006C074D">
        <w:rPr>
          <w:b/>
          <w:sz w:val="26"/>
          <w:lang w:val="el-GR"/>
        </w:rPr>
        <w:t>Νέα ευκαιρία για αποφοίτους Επαγγελματικής Εκπαίδευσης και Κατάρτισης</w:t>
      </w:r>
    </w:p>
    <w:p w:rsidR="00195814" w:rsidRDefault="00782BFA">
      <w:pPr>
        <w:jc w:val="center"/>
      </w:pPr>
      <w:r>
        <w:rPr>
          <w:noProof/>
          <w:lang w:val="el-GR" w:eastAsia="el-GR"/>
        </w:rPr>
        <w:drawing>
          <wp:inline distT="0" distB="0" distL="0" distR="0">
            <wp:extent cx="6048000" cy="60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professional_informational_poster_socia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6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814" w:rsidRPr="006C074D" w:rsidRDefault="00782BFA">
      <w:pPr>
        <w:jc w:val="center"/>
        <w:rPr>
          <w:lang w:val="el-GR"/>
        </w:rPr>
      </w:pPr>
      <w:r w:rsidRPr="006C074D">
        <w:rPr>
          <w:b/>
          <w:sz w:val="22"/>
          <w:lang w:val="el-GR"/>
        </w:rPr>
        <w:t xml:space="preserve">Για πρώτη φορά, το </w:t>
      </w:r>
      <w:r>
        <w:rPr>
          <w:b/>
          <w:sz w:val="22"/>
        </w:rPr>
        <w:t>Blue</w:t>
      </w:r>
      <w:r w:rsidRPr="006C074D">
        <w:rPr>
          <w:b/>
          <w:sz w:val="22"/>
          <w:lang w:val="el-GR"/>
        </w:rPr>
        <w:t xml:space="preserve"> </w:t>
      </w:r>
      <w:r>
        <w:rPr>
          <w:b/>
          <w:sz w:val="22"/>
        </w:rPr>
        <w:t>Book</w:t>
      </w:r>
      <w:r w:rsidRPr="006C074D">
        <w:rPr>
          <w:b/>
          <w:sz w:val="22"/>
          <w:lang w:val="el-GR"/>
        </w:rPr>
        <w:t xml:space="preserve"> </w:t>
      </w:r>
      <w:r>
        <w:rPr>
          <w:b/>
          <w:sz w:val="22"/>
        </w:rPr>
        <w:t>Traineeship</w:t>
      </w:r>
      <w:r w:rsidRPr="006C074D">
        <w:rPr>
          <w:b/>
          <w:sz w:val="22"/>
          <w:lang w:val="el-GR"/>
        </w:rPr>
        <w:t xml:space="preserve"> της Ευρωπαϊκής Επιτροπής ανοίγει και σε αποφοίτους Ε</w:t>
      </w:r>
      <w:r w:rsidR="00CA3AE6">
        <w:rPr>
          <w:b/>
          <w:sz w:val="22"/>
          <w:lang w:val="el-GR"/>
        </w:rPr>
        <w:t>.</w:t>
      </w:r>
      <w:r w:rsidRPr="006C074D">
        <w:rPr>
          <w:b/>
          <w:sz w:val="22"/>
          <w:lang w:val="el-GR"/>
        </w:rPr>
        <w:t>Ε</w:t>
      </w:r>
      <w:r w:rsidR="00CA3AE6">
        <w:rPr>
          <w:b/>
          <w:sz w:val="22"/>
          <w:lang w:val="el-GR"/>
        </w:rPr>
        <w:t>.</w:t>
      </w:r>
      <w:r w:rsidRPr="006C074D">
        <w:rPr>
          <w:b/>
          <w:sz w:val="22"/>
          <w:lang w:val="el-GR"/>
        </w:rPr>
        <w:t xml:space="preserve">Κ με αναγνωρισμένο προσόν </w:t>
      </w:r>
      <w:r>
        <w:rPr>
          <w:b/>
          <w:sz w:val="22"/>
        </w:rPr>
        <w:t>EQF</w:t>
      </w:r>
      <w:r w:rsidRPr="006C074D">
        <w:rPr>
          <w:b/>
          <w:sz w:val="22"/>
          <w:lang w:val="el-GR"/>
        </w:rPr>
        <w:t xml:space="preserve"> 3, 4 ή 5.</w:t>
      </w:r>
    </w:p>
    <w:p w:rsidR="00195814" w:rsidRPr="006C074D" w:rsidRDefault="00782BFA">
      <w:pPr>
        <w:spacing w:before="120" w:after="40"/>
        <w:rPr>
          <w:lang w:val="el-GR"/>
        </w:rPr>
      </w:pPr>
      <w:r w:rsidRPr="006C074D">
        <w:rPr>
          <w:b/>
          <w:sz w:val="24"/>
          <w:lang w:val="el-GR"/>
        </w:rPr>
        <w:t>Τι προσφέρει;</w:t>
      </w:r>
    </w:p>
    <w:p w:rsidR="00195814" w:rsidRPr="006C074D" w:rsidRDefault="00782BFA">
      <w:pPr>
        <w:rPr>
          <w:lang w:val="el-GR"/>
        </w:rPr>
      </w:pPr>
      <w:r w:rsidRPr="006C074D">
        <w:rPr>
          <w:b/>
          <w:lang w:val="el-GR"/>
        </w:rPr>
        <w:lastRenderedPageBreak/>
        <w:t>Αμειβόμενη πρακτική άσκηση διάρκειας 5 μηνών</w:t>
      </w:r>
      <w:r w:rsidRPr="006C074D">
        <w:rPr>
          <w:lang w:val="el-GR"/>
        </w:rPr>
        <w:t xml:space="preserve"> σε υπηρεσίες της Ευρωπαϊκής Επιτροπής, κυρίως στις Βρυξέλλες και το Λουξεμβούργο, σε πραγματικό ευρωπαϊκό εργασιακό περιβάλλον. Στον πρώτο κύκλο προβλέπονται έως </w:t>
      </w:r>
      <w:r w:rsidRPr="006C074D">
        <w:rPr>
          <w:b/>
          <w:lang w:val="el-GR"/>
        </w:rPr>
        <w:t>100 θέσεις για αποφοίτους Ε</w:t>
      </w:r>
      <w:r w:rsidR="00CA3AE6">
        <w:rPr>
          <w:b/>
          <w:lang w:val="el-GR"/>
        </w:rPr>
        <w:t>.</w:t>
      </w:r>
      <w:r w:rsidRPr="006C074D">
        <w:rPr>
          <w:b/>
          <w:lang w:val="el-GR"/>
        </w:rPr>
        <w:t>Ε</w:t>
      </w:r>
      <w:r w:rsidR="00CA3AE6">
        <w:rPr>
          <w:b/>
          <w:lang w:val="el-GR"/>
        </w:rPr>
        <w:t>.</w:t>
      </w:r>
      <w:r w:rsidRPr="006C074D">
        <w:rPr>
          <w:b/>
          <w:lang w:val="el-GR"/>
        </w:rPr>
        <w:t>Κ.</w:t>
      </w:r>
    </w:p>
    <w:p w:rsidR="00195814" w:rsidRPr="006C074D" w:rsidRDefault="00782BFA">
      <w:pPr>
        <w:spacing w:before="120" w:after="40"/>
        <w:rPr>
          <w:lang w:val="el-GR"/>
        </w:rPr>
      </w:pPr>
      <w:r w:rsidRPr="006C074D">
        <w:rPr>
          <w:b/>
          <w:sz w:val="24"/>
          <w:lang w:val="el-GR"/>
        </w:rPr>
        <w:t>Ποιοι μπορούν να υποβάλουν αίτηση;</w:t>
      </w:r>
    </w:p>
    <w:p w:rsidR="00195814" w:rsidRPr="006C074D" w:rsidRDefault="00782BFA">
      <w:pPr>
        <w:rPr>
          <w:lang w:val="el-GR"/>
        </w:rPr>
      </w:pPr>
      <w:r w:rsidRPr="006C074D">
        <w:rPr>
          <w:b/>
          <w:lang w:val="el-GR"/>
        </w:rPr>
        <w:t>Απόφοιτοι Ε</w:t>
      </w:r>
      <w:r w:rsidR="00561BF3">
        <w:rPr>
          <w:b/>
          <w:lang w:val="el-GR"/>
        </w:rPr>
        <w:t>.</w:t>
      </w:r>
      <w:r w:rsidRPr="006C074D">
        <w:rPr>
          <w:b/>
          <w:lang w:val="el-GR"/>
        </w:rPr>
        <w:t>Ε</w:t>
      </w:r>
      <w:r w:rsidR="00561BF3">
        <w:rPr>
          <w:b/>
          <w:lang w:val="el-GR"/>
        </w:rPr>
        <w:t>.</w:t>
      </w:r>
      <w:r w:rsidRPr="006C074D">
        <w:rPr>
          <w:b/>
          <w:lang w:val="el-GR"/>
        </w:rPr>
        <w:t xml:space="preserve">Κ που διαθέτουν ολοκληρωμένο και αναγνωρισμένο επαγγελματικό προσόν επιπέδου </w:t>
      </w:r>
      <w:r>
        <w:rPr>
          <w:b/>
        </w:rPr>
        <w:t>EQF</w:t>
      </w:r>
      <w:r w:rsidRPr="006C074D">
        <w:rPr>
          <w:b/>
          <w:lang w:val="el-GR"/>
        </w:rPr>
        <w:t xml:space="preserve"> 3, 4 ή 5.</w:t>
      </w:r>
    </w:p>
    <w:p w:rsidR="00195814" w:rsidRPr="006C074D" w:rsidRDefault="00782BFA">
      <w:pPr>
        <w:pStyle w:val="a0"/>
        <w:spacing w:after="20"/>
        <w:rPr>
          <w:lang w:val="el-GR"/>
        </w:rPr>
      </w:pPr>
      <w:r w:rsidRPr="006C074D">
        <w:rPr>
          <w:lang w:val="el-GR"/>
        </w:rPr>
        <w:t>Για πολίτες της Ε</w:t>
      </w:r>
      <w:r w:rsidR="00561BF3">
        <w:rPr>
          <w:lang w:val="el-GR"/>
        </w:rPr>
        <w:t>.</w:t>
      </w:r>
      <w:r w:rsidRPr="006C074D">
        <w:rPr>
          <w:lang w:val="el-GR"/>
        </w:rPr>
        <w:t xml:space="preserve">Ε: γνώση Αγγλικών, Γαλλικών ή Γερμανικών τουλάχιστον Β2 και δεύτερης επίσημης γλώσσας της ΕΕ τουλάχιστον Α2 </w:t>
      </w:r>
      <w:r>
        <w:rPr>
          <w:lang w:val="el-GR"/>
        </w:rPr>
        <w:t>(μπορεί να είναι και η μητρική γλώσσα)</w:t>
      </w:r>
      <w:r w:rsidRPr="006C074D">
        <w:rPr>
          <w:lang w:val="el-GR"/>
        </w:rPr>
        <w:t>.</w:t>
      </w:r>
    </w:p>
    <w:p w:rsidR="00195814" w:rsidRDefault="00782BFA">
      <w:pPr>
        <w:pStyle w:val="a0"/>
        <w:spacing w:after="20"/>
      </w:pPr>
      <w:proofErr w:type="spellStart"/>
      <w:r>
        <w:t>Ελάχιστη</w:t>
      </w:r>
      <w:proofErr w:type="spellEnd"/>
      <w:r>
        <w:t xml:space="preserve"> </w:t>
      </w:r>
      <w:proofErr w:type="spellStart"/>
      <w:r>
        <w:t>ηλικί</w:t>
      </w:r>
      <w:proofErr w:type="spellEnd"/>
      <w:r>
        <w:t xml:space="preserve">α: 18 </w:t>
      </w:r>
      <w:proofErr w:type="spellStart"/>
      <w:r>
        <w:t>ετών</w:t>
      </w:r>
      <w:proofErr w:type="spellEnd"/>
      <w:r>
        <w:t>.</w:t>
      </w:r>
    </w:p>
    <w:p w:rsidR="00195814" w:rsidRPr="006C074D" w:rsidRDefault="00782BFA">
      <w:pPr>
        <w:pStyle w:val="a0"/>
        <w:spacing w:after="20"/>
        <w:rPr>
          <w:lang w:val="el-GR"/>
        </w:rPr>
      </w:pPr>
      <w:r w:rsidRPr="006C074D">
        <w:rPr>
          <w:lang w:val="el-GR"/>
        </w:rPr>
        <w:t>Όχι περισσότερες από 42 ημέρες προηγούμενης εμπειρίας σε θεσμικό όργανο, οργανισμό ή φορέα της ΕΕ.</w:t>
      </w:r>
    </w:p>
    <w:p w:rsidR="00195814" w:rsidRPr="006C074D" w:rsidRDefault="00782BFA">
      <w:pPr>
        <w:spacing w:before="120" w:after="40"/>
        <w:rPr>
          <w:lang w:val="el-GR"/>
        </w:rPr>
      </w:pPr>
      <w:r w:rsidRPr="006C074D">
        <w:rPr>
          <w:b/>
          <w:sz w:val="24"/>
          <w:lang w:val="el-GR"/>
        </w:rPr>
        <w:t>Πιστοποίηση: το κλειδί για την αναγνώριση του προσόντος</w:t>
      </w:r>
    </w:p>
    <w:p w:rsidR="00195814" w:rsidRPr="006C074D" w:rsidRDefault="00782BFA" w:rsidP="006C074D">
      <w:pPr>
        <w:jc w:val="both"/>
        <w:rPr>
          <w:lang w:val="el-GR"/>
        </w:rPr>
      </w:pPr>
      <w:r w:rsidRPr="006C074D">
        <w:rPr>
          <w:b/>
          <w:lang w:val="el-GR"/>
        </w:rPr>
        <w:t xml:space="preserve">Η απαίτηση για αναγνωρισμένο προσόν </w:t>
      </w:r>
      <w:r>
        <w:rPr>
          <w:b/>
        </w:rPr>
        <w:t>EQF</w:t>
      </w:r>
      <w:r w:rsidRPr="006C074D">
        <w:rPr>
          <w:b/>
          <w:lang w:val="el-GR"/>
        </w:rPr>
        <w:t xml:space="preserve"> 3, 4 ή 5 αναδεικνύει, ειδικά για τις διαδρομές επαγγελματικής κατάρτισης επιπέδων 3 και 5 στην Ελλάδα, τη σημασία της πιστοποίησης των προσόντων μέσω του ΕΟΠΠΕΠ. </w:t>
      </w:r>
      <w:r w:rsidRPr="006C074D">
        <w:rPr>
          <w:lang w:val="el-GR"/>
        </w:rPr>
        <w:t>Η ολοκλήρωση της κατάρτισης είναι σημαντικό βήμα· η πιστοποίηση οδηγεί στην απόκτηση του αναγνωρισμένου προσόντος, ώστε η μαθησιακή διαδρομή να μπορεί να αξιοποιείται σε ευκαιρίες κινητικότητας και επαγγελματικής εξέλιξης.</w:t>
      </w:r>
    </w:p>
    <w:p w:rsidR="00195814" w:rsidRPr="006C074D" w:rsidRDefault="00782BFA" w:rsidP="006C074D">
      <w:pPr>
        <w:jc w:val="both"/>
        <w:rPr>
          <w:lang w:val="el-GR"/>
        </w:rPr>
      </w:pPr>
      <w:r w:rsidRPr="006C074D">
        <w:rPr>
          <w:b/>
          <w:lang w:val="el-GR"/>
        </w:rPr>
        <w:t>Για τους αποφοίτους των Σ</w:t>
      </w:r>
      <w:r w:rsidR="00CA3AE6">
        <w:rPr>
          <w:b/>
          <w:lang w:val="el-GR"/>
        </w:rPr>
        <w:t>.</w:t>
      </w:r>
      <w:r w:rsidRPr="006C074D">
        <w:rPr>
          <w:b/>
          <w:lang w:val="el-GR"/>
        </w:rPr>
        <w:t>Α</w:t>
      </w:r>
      <w:r w:rsidR="00CA3AE6">
        <w:rPr>
          <w:b/>
          <w:lang w:val="el-GR"/>
        </w:rPr>
        <w:t>.</w:t>
      </w:r>
      <w:r w:rsidRPr="006C074D">
        <w:rPr>
          <w:b/>
          <w:lang w:val="el-GR"/>
        </w:rPr>
        <w:t>Ε</w:t>
      </w:r>
      <w:r w:rsidR="00CA3AE6">
        <w:rPr>
          <w:b/>
          <w:lang w:val="el-GR"/>
        </w:rPr>
        <w:t>.</w:t>
      </w:r>
      <w:r w:rsidRPr="006C074D">
        <w:rPr>
          <w:b/>
          <w:lang w:val="el-GR"/>
        </w:rPr>
        <w:t>Κ και του Μεταλυκειακού Έτους – Τάξης Μαθητείας, η πιστοποίηση μπορεί να αποτελέσει διαβατήριο για νέες ευκαιρίες στην Ελλάδα και στην Ευρώπη.</w:t>
      </w:r>
    </w:p>
    <w:p w:rsidR="00195814" w:rsidRDefault="00782BFA">
      <w:pPr>
        <w:spacing w:before="120" w:after="40"/>
      </w:pPr>
      <w:proofErr w:type="spellStart"/>
      <w:r>
        <w:rPr>
          <w:b/>
          <w:sz w:val="24"/>
        </w:rPr>
        <w:t>Ενδεικτικά</w:t>
      </w:r>
      <w:proofErr w:type="spellEnd"/>
      <w:r>
        <w:rPr>
          <w:b/>
          <w:sz w:val="24"/>
        </w:rPr>
        <w:t xml:space="preserve"> επα</w:t>
      </w:r>
      <w:proofErr w:type="spellStart"/>
      <w:r>
        <w:rPr>
          <w:b/>
          <w:sz w:val="24"/>
        </w:rPr>
        <w:t>γγελμ</w:t>
      </w:r>
      <w:proofErr w:type="spellEnd"/>
      <w:r>
        <w:rPr>
          <w:b/>
          <w:sz w:val="24"/>
        </w:rPr>
        <w:t>ατικά π</w:t>
      </w:r>
      <w:proofErr w:type="spellStart"/>
      <w:r>
        <w:rPr>
          <w:b/>
          <w:sz w:val="24"/>
        </w:rPr>
        <w:t>εδί</w:t>
      </w:r>
      <w:proofErr w:type="spellEnd"/>
      <w:r>
        <w:rPr>
          <w:b/>
          <w:sz w:val="24"/>
        </w:rPr>
        <w:t>α</w:t>
      </w:r>
    </w:p>
    <w:p w:rsidR="00195814" w:rsidRDefault="00782BFA">
      <w:pPr>
        <w:pStyle w:val="a0"/>
        <w:spacing w:after="20"/>
      </w:pPr>
      <w:r>
        <w:t>Αυτοκινητοβιομηχανία, Μηχανική και Μεταποίηση</w:t>
      </w:r>
    </w:p>
    <w:p w:rsidR="00195814" w:rsidRDefault="00782BFA">
      <w:pPr>
        <w:pStyle w:val="a0"/>
        <w:spacing w:after="20"/>
      </w:pPr>
      <w:r>
        <w:t>Επιχειρήσεις, Διοίκηση και Οικονομικά</w:t>
      </w:r>
    </w:p>
    <w:p w:rsidR="00195814" w:rsidRDefault="00782BFA">
      <w:pPr>
        <w:pStyle w:val="a0"/>
        <w:spacing w:after="20"/>
      </w:pPr>
      <w:r>
        <w:t>Υγεία, Κοινωνική Φροντίδα και Εκπαίδευση</w:t>
      </w:r>
    </w:p>
    <w:p w:rsidR="00195814" w:rsidRDefault="00782BFA">
      <w:pPr>
        <w:pStyle w:val="a0"/>
        <w:spacing w:after="20"/>
      </w:pPr>
      <w:r>
        <w:lastRenderedPageBreak/>
        <w:t>Φιλοξενία, Γαστρονομία και Τουρισμός</w:t>
      </w:r>
    </w:p>
    <w:p w:rsidR="00195814" w:rsidRDefault="00782BFA">
      <w:pPr>
        <w:pStyle w:val="a0"/>
        <w:spacing w:after="20"/>
      </w:pPr>
      <w:r>
        <w:t>Πληροφορική και Ψηφιακά Μέσα</w:t>
      </w:r>
    </w:p>
    <w:p w:rsidR="00195814" w:rsidRDefault="00782BFA">
      <w:pPr>
        <w:pStyle w:val="a0"/>
        <w:spacing w:after="20"/>
      </w:pPr>
      <w:r>
        <w:t>και άλλα επαγγελματικά πεδία</w:t>
      </w:r>
    </w:p>
    <w:p w:rsidR="00195814" w:rsidRDefault="00782BFA">
      <w:pPr>
        <w:spacing w:before="120" w:after="40"/>
      </w:pPr>
      <w:r>
        <w:rPr>
          <w:b/>
          <w:sz w:val="24"/>
        </w:rPr>
        <w:t>Προθεσμία και επόμενοι κύκλοι</w:t>
      </w:r>
    </w:p>
    <w:p w:rsidR="00195814" w:rsidRPr="006C074D" w:rsidRDefault="00782BFA">
      <w:pPr>
        <w:rPr>
          <w:lang w:val="el-GR"/>
        </w:rPr>
      </w:pPr>
      <w:r w:rsidRPr="006C074D">
        <w:rPr>
          <w:b/>
          <w:lang w:val="el-GR"/>
        </w:rPr>
        <w:t>Αιτήσεις για τον πρώτο κύκλο έως 4 Σεπτεμβρίου 2026, ώρα 10:00 π.μ. Βρυξελλών.</w:t>
      </w:r>
      <w:r w:rsidRPr="006C074D">
        <w:rPr>
          <w:lang w:val="el-GR"/>
        </w:rPr>
        <w:t xml:space="preserve"> Έναρξη πρακτικής: Μάρτιος 2027.</w:t>
      </w:r>
    </w:p>
    <w:p w:rsidR="00195814" w:rsidRPr="006C074D" w:rsidRDefault="00782BFA" w:rsidP="006C074D">
      <w:pPr>
        <w:jc w:val="both"/>
        <w:rPr>
          <w:lang w:val="el-GR"/>
        </w:rPr>
      </w:pPr>
      <w:r w:rsidRPr="006C074D">
        <w:rPr>
          <w:b/>
          <w:lang w:val="el-GR"/>
        </w:rPr>
        <w:t xml:space="preserve">Η παρούσα πρόσκληση αποτελεί την πρώτη εφαρμογή της νέας δυνατότητας για αποφοίτους ΕΕΚ. </w:t>
      </w:r>
      <w:r w:rsidRPr="006C074D">
        <w:rPr>
          <w:lang w:val="el-GR"/>
        </w:rPr>
        <w:t xml:space="preserve">Το </w:t>
      </w:r>
      <w:r>
        <w:t>Blue</w:t>
      </w:r>
      <w:r w:rsidRPr="006C074D">
        <w:rPr>
          <w:lang w:val="el-GR"/>
        </w:rPr>
        <w:t xml:space="preserve"> </w:t>
      </w:r>
      <w:r>
        <w:t>Book</w:t>
      </w:r>
      <w:r w:rsidRPr="006C074D">
        <w:rPr>
          <w:lang w:val="el-GR"/>
        </w:rPr>
        <w:t xml:space="preserve"> ανοίγει δύο φορές τον χρόνο, επομένως θα ακολουθήσουν και επόμενοι κύκλοι.</w:t>
      </w:r>
    </w:p>
    <w:p w:rsidR="00195814" w:rsidRPr="006C074D" w:rsidRDefault="00782BFA">
      <w:pPr>
        <w:spacing w:before="120" w:after="40"/>
        <w:rPr>
          <w:lang w:val="el-GR"/>
        </w:rPr>
      </w:pPr>
      <w:r w:rsidRPr="006C074D">
        <w:rPr>
          <w:b/>
          <w:sz w:val="24"/>
          <w:lang w:val="el-GR"/>
        </w:rPr>
        <w:t>Πριν από την υποβολή της αίτησης</w:t>
      </w:r>
    </w:p>
    <w:p w:rsidR="00195814" w:rsidRPr="006C074D" w:rsidRDefault="00782BFA" w:rsidP="006C074D">
      <w:pPr>
        <w:pStyle w:val="a0"/>
        <w:spacing w:after="20"/>
        <w:jc w:val="both"/>
        <w:rPr>
          <w:lang w:val="el-GR"/>
        </w:rPr>
      </w:pPr>
      <w:r w:rsidRPr="006C074D">
        <w:rPr>
          <w:lang w:val="el-GR"/>
        </w:rPr>
        <w:t xml:space="preserve">Χρησιμοποίησε ή δημιούργησε </w:t>
      </w:r>
      <w:r>
        <w:t>EU</w:t>
      </w:r>
      <w:r w:rsidRPr="006C074D">
        <w:rPr>
          <w:lang w:val="el-GR"/>
        </w:rPr>
        <w:t xml:space="preserve"> </w:t>
      </w:r>
      <w:r>
        <w:t>Login</w:t>
      </w:r>
      <w:r w:rsidRPr="006C074D">
        <w:rPr>
          <w:lang w:val="el-GR"/>
        </w:rPr>
        <w:t>.</w:t>
      </w:r>
    </w:p>
    <w:p w:rsidR="00195814" w:rsidRPr="006C074D" w:rsidRDefault="00782BFA" w:rsidP="006C074D">
      <w:pPr>
        <w:pStyle w:val="a0"/>
        <w:spacing w:after="20"/>
        <w:jc w:val="both"/>
        <w:rPr>
          <w:lang w:val="el-GR"/>
        </w:rPr>
      </w:pPr>
      <w:r w:rsidRPr="006C074D">
        <w:rPr>
          <w:lang w:val="el-GR"/>
        </w:rPr>
        <w:t>Επίλεξε τον τύπο πρακτικής «</w:t>
      </w:r>
      <w:r>
        <w:t>ADMIN</w:t>
      </w:r>
      <w:r w:rsidRPr="006C074D">
        <w:rPr>
          <w:lang w:val="el-GR"/>
        </w:rPr>
        <w:t xml:space="preserve"> </w:t>
      </w:r>
      <w:r>
        <w:t>VET</w:t>
      </w:r>
      <w:r w:rsidRPr="006C074D">
        <w:rPr>
          <w:lang w:val="el-GR"/>
        </w:rPr>
        <w:t>».</w:t>
      </w:r>
    </w:p>
    <w:p w:rsidR="00195814" w:rsidRPr="006C074D" w:rsidRDefault="00782BFA" w:rsidP="006C074D">
      <w:pPr>
        <w:pStyle w:val="a0"/>
        <w:spacing w:after="20"/>
        <w:jc w:val="both"/>
        <w:rPr>
          <w:lang w:val="el-GR"/>
        </w:rPr>
      </w:pPr>
      <w:r w:rsidRPr="006C074D">
        <w:rPr>
          <w:lang w:val="el-GR"/>
        </w:rPr>
        <w:t>Βεβαιώσου ότι διαθέτεις το απαιτούμενο αναγνωρισμένο προσόν και τα σχετικά αποδεικτικά.</w:t>
      </w:r>
    </w:p>
    <w:p w:rsidR="00195814" w:rsidRPr="006C074D" w:rsidRDefault="00782BFA" w:rsidP="006C074D">
      <w:pPr>
        <w:pStyle w:val="a0"/>
        <w:spacing w:after="20"/>
        <w:jc w:val="both"/>
        <w:rPr>
          <w:lang w:val="el-GR"/>
        </w:rPr>
      </w:pPr>
      <w:r w:rsidRPr="006C074D">
        <w:rPr>
          <w:lang w:val="el-GR"/>
        </w:rPr>
        <w:t>Συγκέντρωσε τα δικαιολογητικά για εκπαίδευση, γλώσσες, ταυτότητα και όσα προσόντα ή εμπειρίες δηλώνεις.</w:t>
      </w:r>
    </w:p>
    <w:p w:rsidR="00195814" w:rsidRPr="006C074D" w:rsidRDefault="00782BFA" w:rsidP="006C074D">
      <w:pPr>
        <w:pStyle w:val="a0"/>
        <w:spacing w:after="20"/>
        <w:jc w:val="both"/>
        <w:rPr>
          <w:lang w:val="el-GR"/>
        </w:rPr>
      </w:pPr>
      <w:r w:rsidRPr="006C074D">
        <w:rPr>
          <w:lang w:val="el-GR"/>
        </w:rPr>
        <w:t xml:space="preserve">Ανέβασε τα απαιτούμενα δικαιολογητικά σε </w:t>
      </w:r>
      <w:r w:rsidRPr="006C074D">
        <w:rPr>
          <w:b/>
          <w:u w:val="single"/>
          <w:lang w:val="el-GR"/>
        </w:rPr>
        <w:t>ένα</w:t>
      </w:r>
      <w:r w:rsidRPr="006C074D">
        <w:rPr>
          <w:lang w:val="el-GR"/>
        </w:rPr>
        <w:t xml:space="preserve"> ενιαίο αρχείο </w:t>
      </w:r>
      <w:r>
        <w:t>PDF</w:t>
      </w:r>
      <w:r w:rsidRPr="006C074D">
        <w:rPr>
          <w:lang w:val="el-GR"/>
        </w:rPr>
        <w:t>.</w:t>
      </w:r>
    </w:p>
    <w:p w:rsidR="00195814" w:rsidRPr="006C074D" w:rsidRDefault="00782BFA" w:rsidP="006C074D">
      <w:pPr>
        <w:pStyle w:val="a0"/>
        <w:spacing w:after="20"/>
        <w:jc w:val="both"/>
        <w:rPr>
          <w:lang w:val="el-GR"/>
        </w:rPr>
      </w:pPr>
      <w:r w:rsidRPr="006C074D">
        <w:rPr>
          <w:lang w:val="el-GR"/>
        </w:rPr>
        <w:t>Έλεγξε προσεκτικά την αίτηση πριν από την οριστική υποβολή, καθώς μετά την υποβολή δεν γίνονται διορθώσεις ή προσθήκες δικαιολογητικών.</w:t>
      </w:r>
    </w:p>
    <w:p w:rsidR="00195814" w:rsidRPr="006C074D" w:rsidRDefault="00782BFA">
      <w:pPr>
        <w:spacing w:before="120" w:after="40"/>
        <w:rPr>
          <w:lang w:val="el-GR"/>
        </w:rPr>
      </w:pPr>
      <w:r w:rsidRPr="006C074D">
        <w:rPr>
          <w:b/>
          <w:sz w:val="24"/>
          <w:lang w:val="el-GR"/>
        </w:rPr>
        <w:t>Επίσημες πληροφορίες</w:t>
      </w:r>
    </w:p>
    <w:p w:rsidR="00195814" w:rsidRPr="00925A0B" w:rsidRDefault="00782BFA">
      <w:r>
        <w:rPr>
          <w:b/>
        </w:rPr>
        <w:t>Blue</w:t>
      </w:r>
      <w:r w:rsidRPr="00925A0B">
        <w:rPr>
          <w:b/>
        </w:rPr>
        <w:t xml:space="preserve"> </w:t>
      </w:r>
      <w:r>
        <w:rPr>
          <w:b/>
        </w:rPr>
        <w:t>Book</w:t>
      </w:r>
      <w:r w:rsidRPr="00925A0B">
        <w:rPr>
          <w:b/>
        </w:rPr>
        <w:t xml:space="preserve"> – </w:t>
      </w:r>
      <w:r>
        <w:rPr>
          <w:b/>
        </w:rPr>
        <w:t>ADMIN</w:t>
      </w:r>
      <w:r w:rsidRPr="00925A0B">
        <w:rPr>
          <w:b/>
        </w:rPr>
        <w:t xml:space="preserve"> </w:t>
      </w:r>
      <w:r>
        <w:rPr>
          <w:b/>
        </w:rPr>
        <w:t>VET</w:t>
      </w:r>
      <w:r w:rsidRPr="00925A0B">
        <w:rPr>
          <w:b/>
        </w:rPr>
        <w:t xml:space="preserve">: </w:t>
      </w:r>
      <w:hyperlink r:id="rId7" w:history="1">
        <w:r w:rsidRPr="00277411">
          <w:rPr>
            <w:rStyle w:val="-"/>
          </w:rPr>
          <w:t>https</w:t>
        </w:r>
        <w:r w:rsidRPr="00925A0B">
          <w:rPr>
            <w:rStyle w:val="-"/>
          </w:rPr>
          <w:t>://</w:t>
        </w:r>
        <w:r w:rsidRPr="00277411">
          <w:rPr>
            <w:rStyle w:val="-"/>
          </w:rPr>
          <w:t>traineeships</w:t>
        </w:r>
        <w:r w:rsidRPr="00925A0B">
          <w:rPr>
            <w:rStyle w:val="-"/>
          </w:rPr>
          <w:t>.</w:t>
        </w:r>
        <w:r w:rsidRPr="00277411">
          <w:rPr>
            <w:rStyle w:val="-"/>
          </w:rPr>
          <w:t>ec</w:t>
        </w:r>
        <w:r w:rsidRPr="00925A0B">
          <w:rPr>
            <w:rStyle w:val="-"/>
          </w:rPr>
          <w:t>.</w:t>
        </w:r>
        <w:r w:rsidRPr="00277411">
          <w:rPr>
            <w:rStyle w:val="-"/>
          </w:rPr>
          <w:t>europa</w:t>
        </w:r>
        <w:r w:rsidRPr="00925A0B">
          <w:rPr>
            <w:rStyle w:val="-"/>
          </w:rPr>
          <w:t>.</w:t>
        </w:r>
        <w:r w:rsidRPr="00277411">
          <w:rPr>
            <w:rStyle w:val="-"/>
          </w:rPr>
          <w:t>eu</w:t>
        </w:r>
        <w:r w:rsidRPr="00925A0B">
          <w:rPr>
            <w:rStyle w:val="-"/>
          </w:rPr>
          <w:t>/</w:t>
        </w:r>
        <w:r w:rsidRPr="00277411">
          <w:rPr>
            <w:rStyle w:val="-"/>
          </w:rPr>
          <w:t>administrative</w:t>
        </w:r>
        <w:r w:rsidRPr="00925A0B">
          <w:rPr>
            <w:rStyle w:val="-"/>
          </w:rPr>
          <w:t>-</w:t>
        </w:r>
        <w:r w:rsidRPr="00277411">
          <w:rPr>
            <w:rStyle w:val="-"/>
          </w:rPr>
          <w:t>traineeship</w:t>
        </w:r>
        <w:r w:rsidRPr="00925A0B">
          <w:rPr>
            <w:rStyle w:val="-"/>
          </w:rPr>
          <w:t>-</w:t>
        </w:r>
        <w:r w:rsidRPr="00277411">
          <w:rPr>
            <w:rStyle w:val="-"/>
          </w:rPr>
          <w:t>vocational</w:t>
        </w:r>
        <w:r w:rsidRPr="00925A0B">
          <w:rPr>
            <w:rStyle w:val="-"/>
          </w:rPr>
          <w:t>-</w:t>
        </w:r>
        <w:r w:rsidRPr="00277411">
          <w:rPr>
            <w:rStyle w:val="-"/>
          </w:rPr>
          <w:t>education</w:t>
        </w:r>
        <w:r w:rsidRPr="00925A0B">
          <w:rPr>
            <w:rStyle w:val="-"/>
          </w:rPr>
          <w:t>-</w:t>
        </w:r>
        <w:r w:rsidRPr="00277411">
          <w:rPr>
            <w:rStyle w:val="-"/>
          </w:rPr>
          <w:t>and</w:t>
        </w:r>
        <w:r w:rsidRPr="00925A0B">
          <w:rPr>
            <w:rStyle w:val="-"/>
          </w:rPr>
          <w:t>-</w:t>
        </w:r>
        <w:r w:rsidRPr="00277411">
          <w:rPr>
            <w:rStyle w:val="-"/>
          </w:rPr>
          <w:t>training</w:t>
        </w:r>
        <w:r w:rsidRPr="00925A0B">
          <w:rPr>
            <w:rStyle w:val="-"/>
          </w:rPr>
          <w:t>-</w:t>
        </w:r>
        <w:r w:rsidRPr="00277411">
          <w:rPr>
            <w:rStyle w:val="-"/>
          </w:rPr>
          <w:t>graduates</w:t>
        </w:r>
        <w:r w:rsidRPr="00925A0B">
          <w:rPr>
            <w:rStyle w:val="-"/>
          </w:rPr>
          <w:t>_</w:t>
        </w:r>
        <w:r w:rsidRPr="00277411">
          <w:rPr>
            <w:rStyle w:val="-"/>
          </w:rPr>
          <w:t>en</w:t>
        </w:r>
      </w:hyperlink>
    </w:p>
    <w:p w:rsidR="00195814" w:rsidRPr="006C074D" w:rsidRDefault="00782BFA">
      <w:pPr>
        <w:rPr>
          <w:lang w:val="el-GR"/>
        </w:rPr>
      </w:pPr>
      <w:r w:rsidRPr="006C074D">
        <w:rPr>
          <w:b/>
          <w:lang w:val="el-GR"/>
        </w:rPr>
        <w:t xml:space="preserve">Οδηγίες υποβολής αίτησης: </w:t>
      </w:r>
      <w:hyperlink r:id="rId8" w:history="1">
        <w:r w:rsidRPr="00277411">
          <w:rPr>
            <w:rStyle w:val="-"/>
          </w:rPr>
          <w:t>https</w:t>
        </w:r>
        <w:r w:rsidRPr="006C074D">
          <w:rPr>
            <w:rStyle w:val="-"/>
            <w:lang w:val="el-GR"/>
          </w:rPr>
          <w:t>://</w:t>
        </w:r>
        <w:r w:rsidRPr="00277411">
          <w:rPr>
            <w:rStyle w:val="-"/>
          </w:rPr>
          <w:t>traineeships</w:t>
        </w:r>
        <w:r w:rsidRPr="006C074D">
          <w:rPr>
            <w:rStyle w:val="-"/>
            <w:lang w:val="el-GR"/>
          </w:rPr>
          <w:t>.</w:t>
        </w:r>
        <w:proofErr w:type="spellStart"/>
        <w:r w:rsidRPr="00277411">
          <w:rPr>
            <w:rStyle w:val="-"/>
          </w:rPr>
          <w:t>ec</w:t>
        </w:r>
        <w:proofErr w:type="spellEnd"/>
        <w:r w:rsidRPr="006C074D">
          <w:rPr>
            <w:rStyle w:val="-"/>
            <w:lang w:val="el-GR"/>
          </w:rPr>
          <w:t>.</w:t>
        </w:r>
        <w:proofErr w:type="spellStart"/>
        <w:r w:rsidRPr="00277411">
          <w:rPr>
            <w:rStyle w:val="-"/>
          </w:rPr>
          <w:t>europa</w:t>
        </w:r>
        <w:proofErr w:type="spellEnd"/>
        <w:r w:rsidRPr="006C074D">
          <w:rPr>
            <w:rStyle w:val="-"/>
            <w:lang w:val="el-GR"/>
          </w:rPr>
          <w:t>.</w:t>
        </w:r>
        <w:proofErr w:type="spellStart"/>
        <w:r w:rsidRPr="00277411">
          <w:rPr>
            <w:rStyle w:val="-"/>
          </w:rPr>
          <w:t>eu</w:t>
        </w:r>
        <w:proofErr w:type="spellEnd"/>
        <w:r w:rsidRPr="006C074D">
          <w:rPr>
            <w:rStyle w:val="-"/>
            <w:lang w:val="el-GR"/>
          </w:rPr>
          <w:t>/</w:t>
        </w:r>
        <w:r w:rsidRPr="00277411">
          <w:rPr>
            <w:rStyle w:val="-"/>
          </w:rPr>
          <w:t>administrative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traineeship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vocational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education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and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training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graduates</w:t>
        </w:r>
        <w:r w:rsidRPr="006C074D">
          <w:rPr>
            <w:rStyle w:val="-"/>
            <w:lang w:val="el-GR"/>
          </w:rPr>
          <w:t>/</w:t>
        </w:r>
        <w:r w:rsidRPr="00277411">
          <w:rPr>
            <w:rStyle w:val="-"/>
          </w:rPr>
          <w:t>how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apply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administrative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traineeship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vocational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education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and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training</w:t>
        </w:r>
        <w:r w:rsidRPr="006C074D">
          <w:rPr>
            <w:rStyle w:val="-"/>
            <w:lang w:val="el-GR"/>
          </w:rPr>
          <w:t>-</w:t>
        </w:r>
        <w:r w:rsidRPr="00277411">
          <w:rPr>
            <w:rStyle w:val="-"/>
          </w:rPr>
          <w:t>graduates</w:t>
        </w:r>
        <w:r w:rsidRPr="006C074D">
          <w:rPr>
            <w:rStyle w:val="-"/>
            <w:lang w:val="el-GR"/>
          </w:rPr>
          <w:t>_</w:t>
        </w:r>
        <w:proofErr w:type="spellStart"/>
        <w:r w:rsidRPr="00277411">
          <w:rPr>
            <w:rStyle w:val="-"/>
          </w:rPr>
          <w:t>en</w:t>
        </w:r>
        <w:proofErr w:type="spellEnd"/>
      </w:hyperlink>
    </w:p>
    <w:p w:rsidR="00195814" w:rsidRPr="006C074D" w:rsidRDefault="00782BFA">
      <w:pPr>
        <w:jc w:val="center"/>
        <w:rPr>
          <w:lang w:val="el-GR"/>
        </w:rPr>
      </w:pPr>
      <w:r w:rsidRPr="006C074D">
        <w:rPr>
          <w:b/>
          <w:sz w:val="22"/>
          <w:lang w:val="el-GR"/>
        </w:rPr>
        <w:lastRenderedPageBreak/>
        <w:t>Ενημερώσου • Πιστοποίησε το προσόν σου • Αξιοποίησε τις ευκαιρίες που ανοίγονται στην Ευρώπη</w:t>
      </w:r>
    </w:p>
    <w:p w:rsidR="00195814" w:rsidRPr="006C074D" w:rsidRDefault="00782BFA">
      <w:pPr>
        <w:jc w:val="center"/>
        <w:rPr>
          <w:lang w:val="el-GR"/>
        </w:rPr>
      </w:pPr>
      <w:r w:rsidRPr="006C074D">
        <w:rPr>
          <w:b/>
          <w:sz w:val="19"/>
          <w:lang w:val="el-GR"/>
        </w:rPr>
        <w:t>Γενική Γραμματεία Επαγγελματικής Εκπαίδευσης, Κατάρτισης και Διά Βίου Μάθησης</w:t>
      </w:r>
    </w:p>
    <w:sectPr w:rsidR="00195814" w:rsidRPr="006C074D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95814"/>
    <w:rsid w:val="002249B6"/>
    <w:rsid w:val="00277411"/>
    <w:rsid w:val="0029639D"/>
    <w:rsid w:val="00326F90"/>
    <w:rsid w:val="003976F3"/>
    <w:rsid w:val="00561BF3"/>
    <w:rsid w:val="00567A39"/>
    <w:rsid w:val="006C074D"/>
    <w:rsid w:val="00782BFA"/>
    <w:rsid w:val="00925A0B"/>
    <w:rsid w:val="00AA1D8D"/>
    <w:rsid w:val="00B47730"/>
    <w:rsid w:val="00CA3AE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A7E133E-8AB8-4A54-ACEC-3FDAB47F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Calibri" w:hAnsi="Calibri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-">
    <w:name w:val="Hyperlink"/>
    <w:basedOn w:val="a2"/>
    <w:uiPriority w:val="99"/>
    <w:unhideWhenUsed/>
    <w:rsid w:val="00277411"/>
    <w:rPr>
      <w:color w:val="0000FF" w:themeColor="hyperlink"/>
      <w:u w:val="single"/>
    </w:rPr>
  </w:style>
  <w:style w:type="character" w:styleId="-0">
    <w:name w:val="FollowedHyperlink"/>
    <w:basedOn w:val="a2"/>
    <w:uiPriority w:val="99"/>
    <w:semiHidden/>
    <w:unhideWhenUsed/>
    <w:rsid w:val="00277411"/>
    <w:rPr>
      <w:color w:val="800080" w:themeColor="followedHyperlink"/>
      <w:u w:val="single"/>
    </w:rPr>
  </w:style>
  <w:style w:type="paragraph" w:styleId="aff2">
    <w:name w:val="Balloon Text"/>
    <w:basedOn w:val="a1"/>
    <w:link w:val="Char7"/>
    <w:uiPriority w:val="99"/>
    <w:semiHidden/>
    <w:unhideWhenUsed/>
    <w:rsid w:val="0027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2"/>
    <w:link w:val="aff2"/>
    <w:uiPriority w:val="99"/>
    <w:semiHidden/>
    <w:rsid w:val="00277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eeships.ec.europa.eu/administrative-traineeship-vocational-education-and-training-graduates/how-apply-administrative-traineeship-vocational-education-and-training-graduates_en" TargetMode="External"/><Relationship Id="rId3" Type="http://schemas.openxmlformats.org/officeDocument/2006/relationships/styles" Target="styles.xml"/><Relationship Id="rId7" Type="http://schemas.openxmlformats.org/officeDocument/2006/relationships/hyperlink" Target="https://traineeships.ec.europa.eu/administrative-traineeship-vocational-education-and-training-graduates_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A2E90C-2DDF-4C09-AF82-4039247BE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2961</Characters>
  <Application>Microsoft Office Word</Application>
  <DocSecurity>4</DocSecurity>
  <Lines>24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Μαρία Παπαευθυμίου</cp:lastModifiedBy>
  <cp:revision>2</cp:revision>
  <dcterms:created xsi:type="dcterms:W3CDTF">2026-08-28T15:12:00Z</dcterms:created>
  <dcterms:modified xsi:type="dcterms:W3CDTF">2026-08-28T15:12:00Z</dcterms:modified>
  <cp:category/>
</cp:coreProperties>
</file>